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2F48" w14:textId="27234D9B" w:rsidR="003768E8" w:rsidRPr="00986779" w:rsidRDefault="00986779" w:rsidP="006F7B44">
      <w:pPr>
        <w:spacing w:after="0" w:line="240" w:lineRule="auto"/>
        <w:jc w:val="center"/>
        <w:rPr>
          <w:rFonts w:asciiTheme="majorHAnsi" w:hAnsiTheme="majorHAnsi" w:cstheme="majorHAnsi"/>
          <w:b/>
          <w:bCs/>
          <w:color w:val="1F497D" w:themeColor="text2"/>
          <w:sz w:val="44"/>
          <w:szCs w:val="44"/>
        </w:rPr>
      </w:pPr>
      <w:r w:rsidRPr="00986779">
        <w:rPr>
          <w:rFonts w:asciiTheme="majorHAnsi" w:hAnsiTheme="majorHAnsi" w:cstheme="majorHAnsi"/>
          <w:b/>
          <w:bCs/>
          <w:color w:val="1F497D" w:themeColor="text2"/>
          <w:sz w:val="44"/>
          <w:szCs w:val="44"/>
        </w:rPr>
        <w:t>Privacy Policy</w:t>
      </w:r>
    </w:p>
    <w:p w14:paraId="3BC05399" w14:textId="3AC7AFB6" w:rsidR="00F96BF7" w:rsidRDefault="00F96BF7" w:rsidP="006F7B44">
      <w:pPr>
        <w:spacing w:after="0" w:line="240" w:lineRule="auto"/>
        <w:jc w:val="center"/>
      </w:pPr>
      <w:r>
        <w:t>Last updated: August 18, 2025</w:t>
      </w:r>
    </w:p>
    <w:p w14:paraId="19AC9D88" w14:textId="0E2417AB" w:rsidR="006F7B44" w:rsidRDefault="006F7B44" w:rsidP="00F96BF7">
      <w:pPr>
        <w:pBdr>
          <w:bottom w:val="single" w:sz="12" w:space="1" w:color="auto"/>
        </w:pBdr>
      </w:pPr>
    </w:p>
    <w:p w14:paraId="0CB0FF45" w14:textId="77777777" w:rsidR="00986779" w:rsidRDefault="00986779" w:rsidP="00F96BF7"/>
    <w:p w14:paraId="0965AF82" w14:textId="1064F8FF" w:rsidR="00F96BF7" w:rsidRDefault="00F96BF7" w:rsidP="00F96BF7">
      <w:r>
        <w:t>Campus Logistics &amp; Co. takes your privacy seriously. We use the latest in technology, data storage, backups, and independent monitoring to ensure that all transactions are secure and reliable. All information, including passwords, payment details, purchase history, and other customer information, is encrypted and protected. Account data is also backed up for additional security and peace of mind.</w:t>
      </w:r>
      <w:r>
        <w:br/>
      </w:r>
      <w:r>
        <w:br/>
        <w:t>This notice describes our privacy policy. By using the services of Campus Logistics &amp; Co., you are accepting the practices described in this Privacy Policy.</w:t>
      </w:r>
    </w:p>
    <w:p w14:paraId="1D0ACAB2" w14:textId="77777777" w:rsidR="00F96BF7" w:rsidRDefault="00F96BF7" w:rsidP="00F96BF7">
      <w:pPr>
        <w:pStyle w:val="Heading2"/>
      </w:pPr>
      <w:r>
        <w:t>What Personal Information Do We Collect?</w:t>
      </w:r>
    </w:p>
    <w:p w14:paraId="420ED88B" w14:textId="77777777" w:rsidR="00F96BF7" w:rsidRDefault="00F96BF7" w:rsidP="00F96BF7">
      <w:pPr>
        <w:pStyle w:val="Heading3"/>
      </w:pPr>
      <w:r>
        <w:t>1. Shipment Information</w:t>
      </w:r>
    </w:p>
    <w:p w14:paraId="4E962A15" w14:textId="77777777" w:rsidR="00F96BF7" w:rsidRDefault="00F96BF7" w:rsidP="00F96BF7">
      <w:r>
        <w:t>We collect and store shipment details that you provide when using our services. This may include:</w:t>
      </w:r>
      <w:r>
        <w:br/>
        <w:t>- Online vendor the item was purchased from</w:t>
      </w:r>
      <w:r>
        <w:br/>
        <w:t>- Item description and type</w:t>
      </w:r>
      <w:r>
        <w:br/>
        <w:t>- Purchase value</w:t>
      </w:r>
      <w:r>
        <w:br/>
        <w:t>- Original courier information and tracking number</w:t>
      </w:r>
      <w:r>
        <w:br/>
        <w:t>- Customs-related details</w:t>
      </w:r>
      <w:r>
        <w:br/>
      </w:r>
      <w:r>
        <w:br/>
        <w:t>We use this information for:</w:t>
      </w:r>
      <w:r>
        <w:br/>
        <w:t>- Providing real-time package tracking updates</w:t>
      </w:r>
      <w:r>
        <w:br/>
        <w:t>- Customs clearance processing</w:t>
      </w:r>
      <w:r>
        <w:br/>
        <w:t>- Delivering your shipments to Jamaica</w:t>
      </w:r>
      <w:r>
        <w:br/>
        <w:t>- Responding to service requests</w:t>
      </w:r>
      <w:r>
        <w:br/>
        <w:t>- Improving our operations and identifying shipping trends</w:t>
      </w:r>
    </w:p>
    <w:p w14:paraId="71D93C72" w14:textId="77777777" w:rsidR="00F96BF7" w:rsidRDefault="00F96BF7" w:rsidP="00F96BF7">
      <w:pPr>
        <w:pStyle w:val="Heading3"/>
      </w:pPr>
      <w:r>
        <w:t>2. Account Information</w:t>
      </w:r>
    </w:p>
    <w:p w14:paraId="3160358F" w14:textId="77777777" w:rsidR="006E7CE5" w:rsidRDefault="00F96BF7" w:rsidP="006E7CE5">
      <w:pPr>
        <w:spacing w:after="0"/>
      </w:pPr>
      <w:r>
        <w:t>When you register with Campus Logistics &amp; Co., we collect personal details such as:</w:t>
      </w:r>
      <w:r>
        <w:br/>
        <w:t>- Name</w:t>
      </w:r>
      <w:r>
        <w:br/>
        <w:t>- Address</w:t>
      </w:r>
      <w:r>
        <w:br/>
        <w:t>- Email address</w:t>
      </w:r>
      <w:r>
        <w:br/>
        <w:t>- Telephone number</w:t>
      </w:r>
    </w:p>
    <w:p w14:paraId="4E87413A" w14:textId="77777777" w:rsidR="006E7CE5" w:rsidRDefault="006E7CE5" w:rsidP="006E7CE5">
      <w:pPr>
        <w:spacing w:after="0"/>
      </w:pPr>
      <w:r>
        <w:t xml:space="preserve">- </w:t>
      </w:r>
      <w:r>
        <w:t>Valid P</w:t>
      </w:r>
      <w:r w:rsidRPr="006E7CE5">
        <w:t>hoto ID</w:t>
      </w:r>
    </w:p>
    <w:p w14:paraId="35F0D2EE" w14:textId="081130B4" w:rsidR="00F96BF7" w:rsidRDefault="006E7CE5" w:rsidP="006E7CE5">
      <w:pPr>
        <w:spacing w:after="0"/>
      </w:pPr>
      <w:r>
        <w:t xml:space="preserve">- </w:t>
      </w:r>
      <w:r w:rsidRPr="006E7CE5">
        <w:t>T</w:t>
      </w:r>
      <w:r>
        <w:t>RN</w:t>
      </w:r>
      <w:r w:rsidR="00F96BF7">
        <w:br/>
        <w:t>- Payment information (if applicable)</w:t>
      </w:r>
      <w:r w:rsidR="00F96BF7">
        <w:br/>
      </w:r>
      <w:r w:rsidR="00F96BF7">
        <w:lastRenderedPageBreak/>
        <w:br/>
        <w:t>This information is necessary for account management, billing, and communication regarding your shipments.</w:t>
      </w:r>
    </w:p>
    <w:p w14:paraId="72D8D57E" w14:textId="77777777" w:rsidR="00F96BF7" w:rsidRDefault="00F96BF7" w:rsidP="00F96BF7">
      <w:pPr>
        <w:pStyle w:val="Heading3"/>
      </w:pPr>
      <w:r>
        <w:t>3. Email Communications</w:t>
      </w:r>
    </w:p>
    <w:p w14:paraId="0383253C" w14:textId="77777777" w:rsidR="00F96BF7" w:rsidRDefault="00F96BF7" w:rsidP="00F96BF7">
      <w:r>
        <w:t>To improve the quality of our service and promotions, we track engagement with our emails, including:</w:t>
      </w:r>
      <w:r>
        <w:br/>
        <w:t>- Whether an email was opened</w:t>
      </w:r>
      <w:r>
        <w:br/>
        <w:t>- Number of times it was opened</w:t>
      </w:r>
      <w:r>
        <w:br/>
        <w:t>- Links clicked within the email</w:t>
      </w:r>
      <w:r>
        <w:br/>
      </w:r>
      <w:r>
        <w:br/>
        <w:t>If you do not wish to receive marketing or promotional emails, you may unsubscribe at any time by selecting the 'Unsubscribe' link at the bottom of our emails.</w:t>
      </w:r>
    </w:p>
    <w:p w14:paraId="593815FC" w14:textId="77777777" w:rsidR="00F96BF7" w:rsidRDefault="00F96BF7" w:rsidP="00F96BF7">
      <w:pPr>
        <w:pStyle w:val="Heading2"/>
      </w:pPr>
      <w:r>
        <w:t>How We Use Your Information</w:t>
      </w:r>
    </w:p>
    <w:p w14:paraId="57B03E4F" w14:textId="77777777" w:rsidR="00F96BF7" w:rsidRDefault="00F96BF7" w:rsidP="00F96BF7">
      <w:r>
        <w:t>We use your personal information for:</w:t>
      </w:r>
      <w:r>
        <w:br/>
        <w:t>- Processing and delivering shipments</w:t>
      </w:r>
      <w:r>
        <w:br/>
        <w:t>- Customs clearance on your behalf</w:t>
      </w:r>
      <w:r>
        <w:br/>
        <w:t>- Account management and billing</w:t>
      </w:r>
      <w:r>
        <w:br/>
        <w:t>- Customer support and dispute resolution</w:t>
      </w:r>
      <w:r>
        <w:br/>
        <w:t>- Improving our services and tailoring customer experience</w:t>
      </w:r>
      <w:r>
        <w:br/>
        <w:t>- Marketing campaigns (where consent has been given)</w:t>
      </w:r>
    </w:p>
    <w:p w14:paraId="1F534DC5" w14:textId="77777777" w:rsidR="00F96BF7" w:rsidRDefault="00F96BF7" w:rsidP="00F96BF7">
      <w:pPr>
        <w:pStyle w:val="Heading2"/>
      </w:pPr>
      <w:r>
        <w:t>Information Sharing</w:t>
      </w:r>
    </w:p>
    <w:p w14:paraId="59DB35B6" w14:textId="77777777" w:rsidR="00F96BF7" w:rsidRDefault="00F96BF7" w:rsidP="00F96BF7">
      <w:r>
        <w:t>Campus Logistics &amp; Co. does not sell, rent, or otherwise distribute the personal information you provide to any third parties. Your information may only be shared with:</w:t>
      </w:r>
      <w:r>
        <w:br/>
        <w:t>- Customs authorities for clearance purposes</w:t>
      </w:r>
      <w:r>
        <w:br/>
        <w:t>- Payment processors for billing transactions</w:t>
      </w:r>
      <w:r>
        <w:br/>
        <w:t>- Partner couriers strictly for the purpose of delivering your shipments</w:t>
      </w:r>
      <w:r>
        <w:br/>
      </w:r>
      <w:r>
        <w:br/>
        <w:t>All third parties are required to maintain the confidentiality and security of your data.</w:t>
      </w:r>
    </w:p>
    <w:p w14:paraId="49A87B55" w14:textId="77777777" w:rsidR="00F96BF7" w:rsidRDefault="00F96BF7" w:rsidP="00F96BF7">
      <w:pPr>
        <w:pStyle w:val="Heading2"/>
      </w:pPr>
      <w:r>
        <w:t>Data Security</w:t>
      </w:r>
    </w:p>
    <w:p w14:paraId="5F903B27" w14:textId="77777777" w:rsidR="00F96BF7" w:rsidRDefault="00F96BF7" w:rsidP="00F96BF7">
      <w:r>
        <w:t>We take appropriate measures to protect your information, including:</w:t>
      </w:r>
      <w:r>
        <w:br/>
        <w:t>- Encrypted data storage and transmission</w:t>
      </w:r>
      <w:r>
        <w:br/>
        <w:t>- Regular backups</w:t>
      </w:r>
      <w:r>
        <w:br/>
        <w:t>- Restricted access to personal data</w:t>
      </w:r>
      <w:r>
        <w:br/>
        <w:t>- Continuous monitoring for potential vulnerabilities</w:t>
      </w:r>
    </w:p>
    <w:p w14:paraId="3B3A27C0" w14:textId="77777777" w:rsidR="00F96BF7" w:rsidRDefault="00F96BF7" w:rsidP="00F96BF7">
      <w:pPr>
        <w:pStyle w:val="Heading2"/>
      </w:pPr>
      <w:r>
        <w:t>Your Choices</w:t>
      </w:r>
    </w:p>
    <w:p w14:paraId="4113CFC2" w14:textId="77777777" w:rsidR="00F96BF7" w:rsidRDefault="00F96BF7" w:rsidP="00F96BF7">
      <w:r>
        <w:t>You have the right to:</w:t>
      </w:r>
      <w:r>
        <w:br/>
        <w:t>- Access and update your personal information</w:t>
      </w:r>
      <w:r>
        <w:br/>
      </w:r>
      <w:r>
        <w:lastRenderedPageBreak/>
        <w:t xml:space="preserve">- </w:t>
      </w:r>
      <w:proofErr w:type="spellStart"/>
      <w:r>
        <w:t>Opt</w:t>
      </w:r>
      <w:proofErr w:type="spellEnd"/>
      <w:r>
        <w:t xml:space="preserve"> out of promotional emails</w:t>
      </w:r>
      <w:r>
        <w:br/>
        <w:t>- Request deletion of your personal data (subject to regulatory and customs requirements)</w:t>
      </w:r>
    </w:p>
    <w:p w14:paraId="30162B9B" w14:textId="77777777" w:rsidR="00F96BF7" w:rsidRDefault="00F96BF7" w:rsidP="00F96BF7">
      <w:pPr>
        <w:pStyle w:val="Heading2"/>
      </w:pPr>
      <w:r>
        <w:t>Changes to This Policy</w:t>
      </w:r>
    </w:p>
    <w:p w14:paraId="5D93A2E3" w14:textId="77777777" w:rsidR="00F96BF7" w:rsidRDefault="00F96BF7" w:rsidP="00F96BF7">
      <w:r>
        <w:t>Campus Logistics &amp; Co. may update this Privacy Policy from time to time. Any changes will be posted on our website and are effective immediately upon posting. We encourage you to review this Policy periodically.</w:t>
      </w:r>
    </w:p>
    <w:p w14:paraId="03DCC68B" w14:textId="77777777" w:rsidR="00F96BF7" w:rsidRDefault="00F96BF7" w:rsidP="00F96BF7">
      <w:pPr>
        <w:pStyle w:val="Heading2"/>
      </w:pPr>
      <w:r>
        <w:t>Contact Information</w:t>
      </w:r>
    </w:p>
    <w:p w14:paraId="450F74E2" w14:textId="3513F512" w:rsidR="00FA4210" w:rsidRDefault="00F96BF7" w:rsidP="00F96BF7">
      <w:r>
        <w:t xml:space="preserve">If you have any questions about this Privacy Policy or our data practices, please contact us at: </w:t>
      </w:r>
      <w:hyperlink r:id="rId8" w:history="1">
        <w:r w:rsidRPr="000C2510">
          <w:rPr>
            <w:rStyle w:val="Hyperlink"/>
          </w:rPr>
          <w:t>campuslogisticsco@gmail.com</w:t>
        </w:r>
      </w:hyperlink>
    </w:p>
    <w:p w14:paraId="19E0A0E7" w14:textId="77777777" w:rsidR="00F96BF7" w:rsidRDefault="00F96BF7" w:rsidP="00F96BF7"/>
    <w:sectPr w:rsidR="00F96BF7"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8E83" w14:textId="77777777" w:rsidR="002E533B" w:rsidRDefault="002E533B" w:rsidP="007F293D">
      <w:pPr>
        <w:spacing w:after="0" w:line="240" w:lineRule="auto"/>
      </w:pPr>
      <w:r>
        <w:separator/>
      </w:r>
    </w:p>
  </w:endnote>
  <w:endnote w:type="continuationSeparator" w:id="0">
    <w:p w14:paraId="4A3A6F54" w14:textId="77777777" w:rsidR="002E533B" w:rsidRDefault="002E533B" w:rsidP="007F2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EC9F2" w14:textId="77777777" w:rsidR="002E533B" w:rsidRDefault="002E533B" w:rsidP="007F293D">
      <w:pPr>
        <w:spacing w:after="0" w:line="240" w:lineRule="auto"/>
      </w:pPr>
      <w:r>
        <w:separator/>
      </w:r>
    </w:p>
  </w:footnote>
  <w:footnote w:type="continuationSeparator" w:id="0">
    <w:p w14:paraId="3604C3D0" w14:textId="77777777" w:rsidR="002E533B" w:rsidRDefault="002E533B" w:rsidP="007F2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375C" w14:textId="5E83CD99" w:rsidR="007F293D" w:rsidRDefault="007F293D" w:rsidP="007F293D">
    <w:pPr>
      <w:pStyle w:val="Header"/>
      <w:jc w:val="center"/>
    </w:pPr>
    <w:r>
      <w:rPr>
        <w:noProof/>
      </w:rPr>
      <w:drawing>
        <wp:anchor distT="0" distB="0" distL="114300" distR="114300" simplePos="0" relativeHeight="251658240" behindDoc="0" locked="0" layoutInCell="1" allowOverlap="1" wp14:anchorId="258D8719" wp14:editId="432DC2A6">
          <wp:simplePos x="0" y="0"/>
          <wp:positionH relativeFrom="column">
            <wp:posOffset>2233295</wp:posOffset>
          </wp:positionH>
          <wp:positionV relativeFrom="paragraph">
            <wp:posOffset>-309665</wp:posOffset>
          </wp:positionV>
          <wp:extent cx="1144270" cy="977265"/>
          <wp:effectExtent l="0" t="0" r="0" b="635"/>
          <wp:wrapThrough wrapText="bothSides">
            <wp:wrapPolygon edited="0">
              <wp:start x="9829" y="0"/>
              <wp:lineTo x="2158" y="8982"/>
              <wp:lineTo x="0" y="10386"/>
              <wp:lineTo x="0" y="16842"/>
              <wp:lineTo x="7192" y="17965"/>
              <wp:lineTo x="9829" y="21333"/>
              <wp:lineTo x="10069" y="21333"/>
              <wp:lineTo x="11267" y="21333"/>
              <wp:lineTo x="11507" y="21333"/>
              <wp:lineTo x="14144" y="17965"/>
              <wp:lineTo x="21336" y="16842"/>
              <wp:lineTo x="21336" y="10386"/>
              <wp:lineTo x="19179" y="8982"/>
              <wp:lineTo x="11507" y="0"/>
              <wp:lineTo x="9829" y="0"/>
            </wp:wrapPolygon>
          </wp:wrapThrough>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pic:nvPicPr>
                <pic:blipFill>
                  <a:blip r:embed="rId1"/>
                  <a:stretch>
                    <a:fillRect/>
                  </a:stretch>
                </pic:blipFill>
                <pic:spPr>
                  <a:xfrm>
                    <a:off x="0" y="0"/>
                    <a:ext cx="1144270" cy="977265"/>
                  </a:xfrm>
                  <a:prstGeom prst="rect">
                    <a:avLst/>
                  </a:prstGeom>
                </pic:spPr>
              </pic:pic>
            </a:graphicData>
          </a:graphic>
          <wp14:sizeRelH relativeFrom="page">
            <wp14:pctWidth>0</wp14:pctWidth>
          </wp14:sizeRelH>
          <wp14:sizeRelV relativeFrom="page">
            <wp14:pctHeight>0</wp14:pctHeight>
          </wp14:sizeRelV>
        </wp:anchor>
      </w:drawing>
    </w:r>
  </w:p>
  <w:p w14:paraId="5C7839AD" w14:textId="4D912169" w:rsidR="007F293D" w:rsidRDefault="007F293D" w:rsidP="007F293D">
    <w:pPr>
      <w:pStyle w:val="Header"/>
      <w:jc w:val="center"/>
    </w:pPr>
  </w:p>
  <w:p w14:paraId="53BBA172" w14:textId="715D10A5" w:rsidR="007F293D" w:rsidRDefault="007F293D" w:rsidP="007F293D">
    <w:pPr>
      <w:pStyle w:val="Header"/>
      <w:jc w:val="center"/>
    </w:pPr>
  </w:p>
  <w:p w14:paraId="1A54893F" w14:textId="77777777" w:rsidR="007F293D" w:rsidRDefault="007F293D" w:rsidP="007F293D">
    <w:pPr>
      <w:pStyle w:val="Header"/>
      <w:jc w:val="center"/>
    </w:pPr>
  </w:p>
  <w:p w14:paraId="031627D2" w14:textId="65F40C2B" w:rsidR="007F293D" w:rsidRDefault="007F293D" w:rsidP="007F293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533B"/>
    <w:rsid w:val="00326F90"/>
    <w:rsid w:val="003768E8"/>
    <w:rsid w:val="00666F67"/>
    <w:rsid w:val="006E4B75"/>
    <w:rsid w:val="006E7CE5"/>
    <w:rsid w:val="006F7B44"/>
    <w:rsid w:val="007F293D"/>
    <w:rsid w:val="00986779"/>
    <w:rsid w:val="00AA1D8D"/>
    <w:rsid w:val="00B47730"/>
    <w:rsid w:val="00CB0664"/>
    <w:rsid w:val="00F96BF7"/>
    <w:rsid w:val="00FA42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47EA2E"/>
  <w14:defaultImageDpi w14:val="300"/>
  <w15:docId w15:val="{A1CF9405-2CC6-104C-B670-0978D499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6BF7"/>
    <w:rPr>
      <w:color w:val="0000FF" w:themeColor="hyperlink"/>
      <w:u w:val="single"/>
    </w:rPr>
  </w:style>
  <w:style w:type="character" w:styleId="UnresolvedMention">
    <w:name w:val="Unresolved Mention"/>
    <w:basedOn w:val="DefaultParagraphFont"/>
    <w:uiPriority w:val="99"/>
    <w:semiHidden/>
    <w:unhideWhenUsed/>
    <w:rsid w:val="00F96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logisticsc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Shevon Williams</cp:lastModifiedBy>
  <cp:revision>5</cp:revision>
  <dcterms:created xsi:type="dcterms:W3CDTF">2025-08-18T02:50:00Z</dcterms:created>
  <dcterms:modified xsi:type="dcterms:W3CDTF">2025-08-18T17:24:00Z</dcterms:modified>
  <cp:category/>
</cp:coreProperties>
</file>